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jpeg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6B6D1C" w14:paraId="435A0AE4" w14:textId="77777777">
        <w:tc>
          <w:tcPr>
            <w:tcW w:w="4320" w:type="dxa"/>
          </w:tcPr>
          <w:p w14:paraId="3F2B5060" w14:textId="77777777" w:rsidR="006B6D1C" w:rsidRDefault="00652515">
            <w:r>
              <w:rPr>
                <w:noProof/>
              </w:rPr>
              <w:drawing>
                <wp:inline distT="0" distB="0" distL="0" distR="0" wp14:anchorId="1BCB25A0" wp14:editId="5B6F3813">
                  <wp:extent cx="1645920" cy="164592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file_placeholder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0" w:type="dxa"/>
          </w:tcPr>
          <w:p w14:paraId="7BB7558D" w14:textId="77777777" w:rsidR="006B6D1C" w:rsidRDefault="00652515">
            <w:r>
              <w:rPr>
                <w:b/>
              </w:rPr>
              <w:t>FULL NAME</w:t>
            </w:r>
            <w:r>
              <w:rPr>
                <w:b/>
              </w:rPr>
              <w:br/>
            </w:r>
            <w:r>
              <w:t xml:space="preserve">Phone: </w:t>
            </w:r>
            <w:r>
              <w:br/>
              <w:t xml:space="preserve">Email: </w:t>
            </w:r>
            <w:r>
              <w:br/>
              <w:t xml:space="preserve">City: </w:t>
            </w:r>
            <w:r>
              <w:br/>
              <w:t xml:space="preserve">LinkedIn: </w:t>
            </w:r>
          </w:p>
        </w:tc>
      </w:tr>
    </w:tbl>
    <w:p w14:paraId="7060B2A7" w14:textId="77777777" w:rsidR="006B6D1C" w:rsidRDefault="00652515">
      <w:pPr>
        <w:pStyle w:val="Heading1"/>
      </w:pPr>
      <w:r>
        <w:t>Professional Summary</w:t>
      </w:r>
    </w:p>
    <w:p w14:paraId="48B2AB1A" w14:textId="77777777" w:rsidR="006B6D1C" w:rsidRDefault="00652515">
      <w:r>
        <w:t>Write 3–4 sentences describing your professional background and career goals.</w:t>
      </w:r>
    </w:p>
    <w:p w14:paraId="095AD6A5" w14:textId="77777777" w:rsidR="006B6D1C" w:rsidRDefault="00652515">
      <w:pPr>
        <w:pStyle w:val="Heading1"/>
      </w:pPr>
      <w:r>
        <w:t>Skills</w:t>
      </w:r>
    </w:p>
    <w:p w14:paraId="7CE93561" w14:textId="77777777" w:rsidR="006B6D1C" w:rsidRDefault="00652515">
      <w:r>
        <w:t>• Communication</w:t>
      </w:r>
      <w:r>
        <w:br/>
        <w:t>• Teamwork</w:t>
      </w:r>
      <w:r>
        <w:br/>
        <w:t>• Computer Skills</w:t>
      </w:r>
      <w:r>
        <w:br/>
        <w:t>• Problem Solving</w:t>
      </w:r>
    </w:p>
    <w:p w14:paraId="19B1C858" w14:textId="77777777" w:rsidR="006B6D1C" w:rsidRDefault="00652515">
      <w:pPr>
        <w:pStyle w:val="Heading1"/>
      </w:pPr>
      <w:r>
        <w:t>Work Experience</w:t>
      </w:r>
    </w:p>
    <w:p w14:paraId="545FA66B" w14:textId="77777777" w:rsidR="006B6D1C" w:rsidRDefault="00652515">
      <w:r>
        <w:t>Job Title – Company – Year</w:t>
      </w:r>
      <w:r>
        <w:br/>
        <w:t>• Responsibility</w:t>
      </w:r>
      <w:r>
        <w:br/>
        <w:t>• Responsibility</w:t>
      </w:r>
      <w:r>
        <w:br/>
        <w:t>• Responsibility</w:t>
      </w:r>
    </w:p>
    <w:p w14:paraId="74803787" w14:textId="77777777" w:rsidR="006B6D1C" w:rsidRDefault="00652515">
      <w:pPr>
        <w:pStyle w:val="Heading1"/>
      </w:pPr>
      <w:r>
        <w:t>Education</w:t>
      </w:r>
    </w:p>
    <w:p w14:paraId="75DF1C04" w14:textId="77777777" w:rsidR="006B6D1C" w:rsidRDefault="00652515">
      <w:r>
        <w:t>Qualification – Institution – Year</w:t>
      </w:r>
    </w:p>
    <w:p w14:paraId="0B42CDE7" w14:textId="77777777" w:rsidR="006B6D1C" w:rsidRDefault="00652515">
      <w:pPr>
        <w:pStyle w:val="Heading1"/>
      </w:pPr>
      <w:r>
        <w:t>References</w:t>
      </w:r>
    </w:p>
    <w:p w14:paraId="1CE1C18E" w14:textId="77777777" w:rsidR="006B6D1C" w:rsidRDefault="00652515">
      <w:r>
        <w:t>Available upon request</w:t>
      </w:r>
    </w:p>
    <w:sectPr w:rsidR="006B6D1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80317724">
    <w:abstractNumId w:val="8"/>
  </w:num>
  <w:num w:numId="2" w16cid:durableId="2064013751">
    <w:abstractNumId w:val="6"/>
  </w:num>
  <w:num w:numId="3" w16cid:durableId="1410154577">
    <w:abstractNumId w:val="5"/>
  </w:num>
  <w:num w:numId="4" w16cid:durableId="45416740">
    <w:abstractNumId w:val="4"/>
  </w:num>
  <w:num w:numId="5" w16cid:durableId="612323455">
    <w:abstractNumId w:val="7"/>
  </w:num>
  <w:num w:numId="6" w16cid:durableId="1352219276">
    <w:abstractNumId w:val="3"/>
  </w:num>
  <w:num w:numId="7" w16cid:durableId="142280331">
    <w:abstractNumId w:val="2"/>
  </w:num>
  <w:num w:numId="8" w16cid:durableId="1096563444">
    <w:abstractNumId w:val="1"/>
  </w:num>
  <w:num w:numId="9" w16cid:durableId="331762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proofState w:spelling="clean"/>
  <w:revisionView w:inkAnnotations="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52515"/>
    <w:rsid w:val="0068676F"/>
    <w:rsid w:val="006B6D1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3A49E2"/>
  <w14:defaultImageDpi w14:val="300"/>
  <w15:docId w15:val="{435C5A45-21CC-4449-B236-D560BE156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pn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TM LUTERE</cp:lastModifiedBy>
  <cp:revision>2</cp:revision>
  <dcterms:created xsi:type="dcterms:W3CDTF">2026-03-13T20:25:00Z</dcterms:created>
  <dcterms:modified xsi:type="dcterms:W3CDTF">2026-03-13T20:25:00Z</dcterms:modified>
  <cp:category/>
</cp:coreProperties>
</file>